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06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گزارش بازدید و ارزیابی میدانی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نمونه فرم بازرسی، شواهد، ریسک و برنامه اقدام اصلاحی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گزارش کنترل و ارزیابی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محل فرضی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کارگاه نمونه شماره ۲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زمان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۲۱ مهر ۱۴۰۵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بازدید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ارزیابی نظم و ایمنی عمومی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هدف و دامنه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هدف نمونه، نمایش نحوه تهیه گزارش شفاف از مشاهدات، شواهد و اقدامات اصلاحی است. این سند گزارش واقعی ایمنی یا تأیید صلاحیت کارگاهی محسوب نمی‌شود.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نتایج ثبت‌شده (سناریوی آموزشی)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2438"/>
        <w:gridCol w:w="2438"/>
        <w:gridCol w:w="2438"/>
        <w:gridCol w:w="2438"/>
      </w:tblGrid>
      <w:tr>
        <w:trPr>
          <w:tblHeader w:val="true"/>
          <w:cantSplit/>
        </w:trPr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کد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موضوع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مشاهده فرضی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اولویت</w:t>
            </w:r>
          </w:p>
        </w:tc>
      </w:tr>
      <w:tr>
        <w:trPr>
          <w:cantSplit/>
        </w:trPr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الف-۰۱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مسیر تردد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مانع موقت در مسیر عبور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بالا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الف-۰۲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نظم انبار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چیدمان بخشی از مصالح نامنظم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متوسط</w:t>
            </w:r>
          </w:p>
        </w:tc>
      </w:tr>
      <w:tr>
        <w:trPr>
          <w:cantSplit/>
        </w:trPr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الف-۰۳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اطلاع‌رسانی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تابلوی راهنما در ورودی نیازمند اصلاح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پایین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اقدامات اصلاحی و پیگیری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2438"/>
        <w:gridCol w:w="2438"/>
        <w:gridCol w:w="2438"/>
        <w:gridCol w:w="2438"/>
      </w:tblGrid>
      <w:tr>
        <w:trPr>
          <w:tblHeader w:val="true"/>
          <w:cantSplit/>
        </w:trPr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اقدام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مسئول نقش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موعد هدف</w:t>
            </w:r>
          </w:p>
        </w:tc>
        <w:tc>
          <w:tcPr>
            <w:tcW w:type="dxa" w:w="2438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روش تأیید</w:t>
            </w:r>
          </w:p>
        </w:tc>
      </w:tr>
      <w:tr>
        <w:trPr>
          <w:cantSplit/>
        </w:trPr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رفع مانع مسیر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سرپرست کارگاه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۲۴ ساعت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بازدید مجدد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اصلاح چیدمان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مسئول انبار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۳ روز</w:t>
            </w:r>
          </w:p>
        </w:tc>
        <w:tc>
          <w:tcPr>
            <w:tcW w:type="dxa" w:w="2438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عکس قبل و بعد</w:t>
            </w:r>
          </w:p>
        </w:tc>
      </w:tr>
      <w:tr>
        <w:trPr>
          <w:cantSplit/>
        </w:trPr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به‌روزرسانی تابلو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مسئول اداری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۷ روز</w:t>
            </w:r>
          </w:p>
        </w:tc>
        <w:tc>
          <w:tcPr>
            <w:tcW w:type="dxa" w:w="2438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کنترل متن تابلو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روش ثبت شواهد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برای هر مورد، یک عکس با زمان ثبت، زاویه دید، شرح دقیق، محدوده جغرافیایی و وضعیت پس از اصلاح ضمیمه شود. در این نمونه هیچ تصویر واقعی کارگاهی استفاده نشده است.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جمع‌بندی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تا زمان بررسی مجدد، وضعیت موارد با اولویت بالا نباید «بسته‌شده» گزارش شود. تصمیم نهایی باید بر پایه شواهد و امضای مسئول مجاز باشد.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اطلاعات ساختگی برای آموزش صفحه‌آرایی و گزارش‌نویسی. این سند گزارش بازرسی واقعی نیست.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Field Inspection Report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